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Inspection Report Template</w:t>
      </w:r>
    </w:p>
    <w:p>
      <w:r>
        <w:t>A structured report template you can fill in by hand or adapt from a photo-first report builder. Each section maps to what a reviewer or client actually checks.</w:t>
      </w:r>
    </w:p>
    <w:p>
      <w:pPr>
        <w:pStyle w:val="Heading1"/>
      </w:pPr>
      <w:r>
        <w:t>Project details</w:t>
      </w:r>
    </w:p>
    <w:p>
      <w:pPr>
        <w:pStyle w:val="ListBullet"/>
      </w:pPr>
      <w:r>
        <w:t>Inspection date:</w:t>
      </w:r>
    </w:p>
    <w:p>
      <w:pPr>
        <w:pStyle w:val="ListBullet"/>
      </w:pPr>
      <w:r>
        <w:t>Location / site:</w:t>
      </w:r>
    </w:p>
    <w:p>
      <w:pPr>
        <w:pStyle w:val="ListBullet"/>
      </w:pPr>
      <w:r>
        <w:t>Inspector (name and role):</w:t>
      </w:r>
    </w:p>
    <w:p>
      <w:pPr>
        <w:pStyle w:val="ListBullet"/>
      </w:pPr>
      <w:r>
        <w:t>Scope (what was inspected, what was out of scope):</w:t>
      </w:r>
    </w:p>
    <w:p>
      <w:pPr>
        <w:pStyle w:val="Heading1"/>
      </w:pPr>
      <w:r>
        <w:t>Findings</w:t>
      </w:r>
    </w:p>
    <w:p>
      <w:r>
        <w:t>Repeat one block per finding. Keep the description factual: state the condition observed, not an opinion.</w:t>
      </w:r>
    </w:p>
    <w:p>
      <w:pPr>
        <w:pStyle w:val="ListBullet"/>
      </w:pPr>
      <w:r>
        <w:t>Finding:</w:t>
      </w:r>
    </w:p>
    <w:p>
      <w:pPr>
        <w:pStyle w:val="ListBullet"/>
      </w:pPr>
      <w:r>
        <w:t>Status: Pass / Fail / N/A</w:t>
      </w:r>
    </w:p>
    <w:p>
      <w:pPr>
        <w:pStyle w:val="ListBullet"/>
      </w:pPr>
      <w:r>
        <w:t>Evidence (photo reference or location):</w:t>
      </w:r>
    </w:p>
    <w:p>
      <w:pPr>
        <w:pStyle w:val="ListBullet"/>
      </w:pPr>
      <w:r>
        <w:t>Severity: Critical / Minor / Positive</w:t>
      </w:r>
    </w:p>
    <w:p>
      <w:pPr>
        <w:pStyle w:val="ListBullet"/>
      </w:pPr>
      <w:r>
        <w:t>Corrective action (what, who, due date):</w:t>
      </w:r>
    </w:p>
    <w:p>
      <w:pPr>
        <w:pStyle w:val="Heading1"/>
      </w:pPr>
      <w:r>
        <w:t>Sign-off</w:t>
      </w:r>
    </w:p>
    <w:p>
      <w:pPr>
        <w:pStyle w:val="ListBullet"/>
      </w:pPr>
      <w:r>
        <w:t>Reviewed by (name):</w:t>
      </w:r>
    </w:p>
    <w:p>
      <w:pPr>
        <w:pStyle w:val="ListBullet"/>
      </w:pPr>
      <w:r>
        <w:t>Report date: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